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F6684" w14:textId="77777777" w:rsidR="007237FC" w:rsidRPr="00EB39C3" w:rsidRDefault="00EB39C3">
      <w:pPr>
        <w:pStyle w:val="Heading1"/>
        <w:jc w:val="center"/>
        <w:rPr>
          <w:rFonts w:ascii="Lato" w:hAnsi="Lato"/>
        </w:rPr>
      </w:pPr>
      <w:r w:rsidRPr="00EB39C3">
        <w:rPr>
          <w:rFonts w:ascii="Lato" w:hAnsi="Lato"/>
        </w:rPr>
        <w:t>SHKRESË INTERESI (EXPRESSION OF INTEREST)</w:t>
      </w:r>
    </w:p>
    <w:p w14:paraId="0A7CC9CC" w14:textId="77777777" w:rsidR="007237FC" w:rsidRPr="00EB39C3" w:rsidRDefault="00EB39C3">
      <w:pPr>
        <w:pStyle w:val="Subtitle"/>
        <w:rPr>
          <w:rFonts w:ascii="Lato" w:hAnsi="Lato"/>
        </w:rPr>
      </w:pPr>
      <w:r w:rsidRPr="00EB39C3">
        <w:rPr>
          <w:rFonts w:ascii="Lato" w:hAnsi="Lato"/>
        </w:rPr>
        <w:t>Përfshirja e Bizneseve Lokale në Skemën e Punësimit të Subvencionuar</w:t>
      </w:r>
    </w:p>
    <w:p w14:paraId="7056438A" w14:textId="0C94342E" w:rsidR="007237FC" w:rsidRPr="00EB39C3" w:rsidRDefault="00EB39C3">
      <w:pPr>
        <w:rPr>
          <w:rFonts w:ascii="Lato" w:hAnsi="Lato"/>
        </w:rPr>
      </w:pPr>
      <w:r w:rsidRPr="00EB39C3">
        <w:rPr>
          <w:rFonts w:ascii="Lato" w:hAnsi="Lato"/>
        </w:rPr>
        <w:t xml:space="preserve">Projekti: “Nxitja e Punësimit të Denjë </w:t>
      </w:r>
      <w:proofErr w:type="spellStart"/>
      <w:r w:rsidRPr="00EB39C3">
        <w:rPr>
          <w:rFonts w:ascii="Lato" w:hAnsi="Lato"/>
        </w:rPr>
        <w:t>për</w:t>
      </w:r>
      <w:proofErr w:type="spellEnd"/>
      <w:r w:rsidRPr="00EB39C3">
        <w:rPr>
          <w:rFonts w:ascii="Lato" w:hAnsi="Lato"/>
        </w:rPr>
        <w:t xml:space="preserve"> </w:t>
      </w:r>
      <w:proofErr w:type="spellStart"/>
      <w:r w:rsidRPr="00EB39C3">
        <w:rPr>
          <w:rFonts w:ascii="Lato" w:hAnsi="Lato"/>
        </w:rPr>
        <w:t>të</w:t>
      </w:r>
      <w:proofErr w:type="spellEnd"/>
      <w:r w:rsidRPr="00EB39C3">
        <w:rPr>
          <w:rFonts w:ascii="Lato" w:hAnsi="Lato"/>
        </w:rPr>
        <w:t xml:space="preserve"> </w:t>
      </w:r>
      <w:proofErr w:type="spellStart"/>
      <w:r w:rsidRPr="00EB39C3">
        <w:rPr>
          <w:rFonts w:ascii="Lato" w:hAnsi="Lato"/>
        </w:rPr>
        <w:t>Rinj</w:t>
      </w:r>
      <w:r w:rsidR="00896A9D">
        <w:rPr>
          <w:rFonts w:ascii="Lato" w:hAnsi="Lato"/>
        </w:rPr>
        <w:t>të</w:t>
      </w:r>
      <w:proofErr w:type="spellEnd"/>
      <w:r w:rsidRPr="00EB39C3">
        <w:rPr>
          <w:rFonts w:ascii="Lato" w:hAnsi="Lato"/>
        </w:rPr>
        <w:t xml:space="preserve"> </w:t>
      </w:r>
      <w:proofErr w:type="spellStart"/>
      <w:r w:rsidRPr="00EB39C3">
        <w:rPr>
          <w:rFonts w:ascii="Lato" w:hAnsi="Lato"/>
        </w:rPr>
        <w:t>dhe</w:t>
      </w:r>
      <w:proofErr w:type="spellEnd"/>
      <w:r w:rsidR="00896A9D">
        <w:rPr>
          <w:rFonts w:ascii="Lato" w:hAnsi="Lato"/>
        </w:rPr>
        <w:t xml:space="preserve"> </w:t>
      </w:r>
      <w:proofErr w:type="spellStart"/>
      <w:r w:rsidR="00896A9D">
        <w:rPr>
          <w:rFonts w:ascii="Lato" w:hAnsi="Lato"/>
        </w:rPr>
        <w:t>Personat</w:t>
      </w:r>
      <w:proofErr w:type="spellEnd"/>
      <w:r w:rsidR="00896A9D">
        <w:rPr>
          <w:rFonts w:ascii="Lato" w:hAnsi="Lato"/>
        </w:rPr>
        <w:t xml:space="preserve"> e</w:t>
      </w:r>
      <w:r w:rsidRPr="00EB39C3">
        <w:rPr>
          <w:rFonts w:ascii="Lato" w:hAnsi="Lato"/>
        </w:rPr>
        <w:t xml:space="preserve"> </w:t>
      </w:r>
      <w:proofErr w:type="spellStart"/>
      <w:r w:rsidRPr="00EB39C3">
        <w:rPr>
          <w:rFonts w:ascii="Lato" w:hAnsi="Lato"/>
        </w:rPr>
        <w:t>Papunë</w:t>
      </w:r>
      <w:proofErr w:type="spellEnd"/>
      <w:r w:rsidRPr="00EB39C3">
        <w:rPr>
          <w:rFonts w:ascii="Lato" w:hAnsi="Lato"/>
        </w:rPr>
        <w:t xml:space="preserve"> </w:t>
      </w:r>
      <w:proofErr w:type="spellStart"/>
      <w:r w:rsidRPr="00EB39C3">
        <w:rPr>
          <w:rFonts w:ascii="Lato" w:hAnsi="Lato"/>
        </w:rPr>
        <w:t>Afatgjatë</w:t>
      </w:r>
      <w:proofErr w:type="spellEnd"/>
      <w:r w:rsidRPr="00EB39C3">
        <w:rPr>
          <w:rFonts w:ascii="Lato" w:hAnsi="Lato"/>
        </w:rPr>
        <w:t xml:space="preserve"> </w:t>
      </w:r>
      <w:proofErr w:type="spellStart"/>
      <w:r w:rsidRPr="00EB39C3">
        <w:rPr>
          <w:rFonts w:ascii="Lato" w:hAnsi="Lato"/>
        </w:rPr>
        <w:t>në</w:t>
      </w:r>
      <w:proofErr w:type="spellEnd"/>
      <w:r w:rsidRPr="00EB39C3">
        <w:rPr>
          <w:rFonts w:ascii="Lato" w:hAnsi="Lato"/>
        </w:rPr>
        <w:t xml:space="preserve"> Zonën Ndërkufitare Mal i Zi – Shqipëri”</w:t>
      </w:r>
    </w:p>
    <w:p w14:paraId="3869FA52" w14:textId="77777777" w:rsidR="007237FC" w:rsidRPr="00EB39C3" w:rsidRDefault="00EB39C3">
      <w:pPr>
        <w:rPr>
          <w:rFonts w:ascii="Lato" w:hAnsi="Lato"/>
        </w:rPr>
      </w:pPr>
      <w:r w:rsidRPr="00EB39C3">
        <w:rPr>
          <w:rFonts w:ascii="Lato" w:hAnsi="Lato"/>
        </w:rPr>
        <w:t>Zbatuar nga: World Vision Albania</w:t>
      </w:r>
    </w:p>
    <w:p w14:paraId="54B4F8ED" w14:textId="77777777" w:rsidR="007237FC" w:rsidRPr="00EB39C3" w:rsidRDefault="00EB39C3">
      <w:pPr>
        <w:rPr>
          <w:rFonts w:ascii="Lato" w:hAnsi="Lato"/>
        </w:rPr>
      </w:pPr>
      <w:r w:rsidRPr="00EB39C3">
        <w:rPr>
          <w:rFonts w:ascii="Lato" w:hAnsi="Lato"/>
        </w:rPr>
        <w:t>Vendndodhja: Bashkia Lezhë (Qendër dhe Njësia Administrative Shëngjin)</w:t>
      </w:r>
    </w:p>
    <w:p w14:paraId="3DBE6D78" w14:textId="77777777" w:rsidR="007237FC" w:rsidRPr="00EB39C3" w:rsidRDefault="00EB39C3">
      <w:pPr>
        <w:rPr>
          <w:rFonts w:ascii="Lato" w:hAnsi="Lato"/>
          <w:lang w:val="sv-SE"/>
        </w:rPr>
      </w:pPr>
      <w:r w:rsidRPr="00EB39C3">
        <w:rPr>
          <w:rFonts w:ascii="Lato" w:hAnsi="Lato"/>
          <w:lang w:val="sv-SE"/>
        </w:rPr>
        <w:t>Afati i punësimit të mbështetur: Nëntor 2025 – Mars 2026</w:t>
      </w:r>
    </w:p>
    <w:p w14:paraId="4D7A7879" w14:textId="77777777" w:rsidR="007237FC" w:rsidRPr="00EB39C3" w:rsidRDefault="00EB39C3">
      <w:pPr>
        <w:pStyle w:val="Heading2"/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1. TË DHËNAT E BIZNESIT</w:t>
      </w:r>
    </w:p>
    <w:p w14:paraId="6E6C98AA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Emri i subjektit: _________________________________</w:t>
      </w:r>
    </w:p>
    <w:p w14:paraId="5729A260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Forma ligjore (sh.p.k / sh.a / N.P.T / etj): ___________________________</w:t>
      </w:r>
    </w:p>
    <w:p w14:paraId="73471703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NIPT: _________________________________</w:t>
      </w:r>
    </w:p>
    <w:p w14:paraId="094ABBA4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Adresa e biznesit: _________________________________</w:t>
      </w:r>
    </w:p>
    <w:p w14:paraId="130D2546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Qyteti / Njësia Administrative: _________________________</w:t>
      </w:r>
    </w:p>
    <w:p w14:paraId="7A5BA5B9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Nr. telefoni: ____________________   Email: _________________________</w:t>
      </w:r>
    </w:p>
    <w:p w14:paraId="28F1AC5C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Emri i përfaqësuesit ligjor: ____________________________</w:t>
      </w:r>
    </w:p>
    <w:p w14:paraId="5A6E0C87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Pozicioni në kompani: _______________________________</w:t>
      </w:r>
    </w:p>
    <w:p w14:paraId="4AE37F58" w14:textId="77777777" w:rsidR="007237FC" w:rsidRPr="00EB39C3" w:rsidRDefault="00EB39C3">
      <w:pPr>
        <w:pStyle w:val="Heading2"/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2. INFORMACION RRETH AKTIVITETIT TË BIZNESIT</w:t>
      </w:r>
    </w:p>
    <w:p w14:paraId="149926D1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Fusha e aktivitetit kryesor:</w:t>
      </w:r>
    </w:p>
    <w:p w14:paraId="5272DD37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Bar   </w:t>
      </w: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Restorant   </w:t>
      </w: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Hotel   </w:t>
      </w: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Furr</w:t>
      </w:r>
      <w:r w:rsidRPr="00EB39C3">
        <w:rPr>
          <w:rFonts w:ascii="Lato" w:hAnsi="Lato" w:cs="Lato"/>
          <w:lang w:val="it-IT"/>
        </w:rPr>
        <w:t>ë</w:t>
      </w:r>
      <w:r w:rsidRPr="00EB39C3">
        <w:rPr>
          <w:rFonts w:ascii="Lato" w:hAnsi="Lato"/>
          <w:lang w:val="it-IT"/>
        </w:rPr>
        <w:t xml:space="preserve">/Piceri   </w:t>
      </w: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Luleshit</w:t>
      </w:r>
      <w:r w:rsidRPr="00EB39C3">
        <w:rPr>
          <w:rFonts w:ascii="Lato" w:hAnsi="Lato" w:cs="Lato"/>
          <w:lang w:val="it-IT"/>
        </w:rPr>
        <w:t>ë</w:t>
      </w:r>
      <w:r w:rsidRPr="00EB39C3">
        <w:rPr>
          <w:rFonts w:ascii="Lato" w:hAnsi="Lato"/>
          <w:lang w:val="it-IT"/>
        </w:rPr>
        <w:t xml:space="preserve">s/Konfeti   </w:t>
      </w: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Tjet</w:t>
      </w:r>
      <w:r w:rsidRPr="00EB39C3">
        <w:rPr>
          <w:rFonts w:ascii="Lato" w:hAnsi="Lato" w:cs="Lato"/>
          <w:lang w:val="it-IT"/>
        </w:rPr>
        <w:t>ë</w:t>
      </w:r>
      <w:r w:rsidRPr="00EB39C3">
        <w:rPr>
          <w:rFonts w:ascii="Lato" w:hAnsi="Lato"/>
          <w:lang w:val="it-IT"/>
        </w:rPr>
        <w:t>r: __________</w:t>
      </w:r>
    </w:p>
    <w:p w14:paraId="1B9D7727" w14:textId="77777777" w:rsidR="007237FC" w:rsidRPr="00EB39C3" w:rsidRDefault="00EB39C3">
      <w:pPr>
        <w:rPr>
          <w:rFonts w:ascii="Lato" w:hAnsi="Lato"/>
          <w:lang w:val="sv-SE"/>
        </w:rPr>
      </w:pPr>
      <w:r w:rsidRPr="00EB39C3">
        <w:rPr>
          <w:rFonts w:ascii="Lato" w:hAnsi="Lato"/>
          <w:lang w:val="sv-SE"/>
        </w:rPr>
        <w:t>Përshkrim i shkurtër i aktivitetit të biznesit (maks. 100 fjalë): __________________________________________</w:t>
      </w:r>
    </w:p>
    <w:p w14:paraId="02F0C36D" w14:textId="77777777" w:rsidR="007237FC" w:rsidRPr="00EB39C3" w:rsidRDefault="00EB39C3">
      <w:pPr>
        <w:rPr>
          <w:rFonts w:ascii="Lato" w:hAnsi="Lato"/>
          <w:lang w:val="sv-SE"/>
        </w:rPr>
      </w:pPr>
      <w:r w:rsidRPr="00EB39C3">
        <w:rPr>
          <w:rFonts w:ascii="Lato" w:hAnsi="Lato"/>
          <w:lang w:val="sv-SE"/>
        </w:rPr>
        <w:t>Numri aktual i punonjësve të regjistruar: __________</w:t>
      </w:r>
    </w:p>
    <w:p w14:paraId="6985DF2C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sv-SE"/>
        </w:rPr>
        <w:t xml:space="preserve">A ka ndodhur ulje e numrit të punonjësve gjatë 2 muajve të fundit? </w:t>
      </w: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Po   </w:t>
      </w: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Jo</w:t>
      </w:r>
    </w:p>
    <w:p w14:paraId="4FCF8C21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 xml:space="preserve">A ka detyrime tatimore apo kontribute të papaguara ndaj shtetit? </w:t>
      </w: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Po   </w:t>
      </w: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Jo</w:t>
      </w:r>
    </w:p>
    <w:p w14:paraId="683FA31B" w14:textId="77777777" w:rsidR="007237FC" w:rsidRPr="00EB39C3" w:rsidRDefault="00EB39C3">
      <w:pPr>
        <w:pStyle w:val="Heading2"/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3. KËRKESA PËR PROFILIN E PUNONJËSVE</w:t>
      </w:r>
    </w:p>
    <w:p w14:paraId="6C6129D5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Ndihmës kuzhinier / pastrues (deri në 4 pozicione)</w:t>
      </w:r>
    </w:p>
    <w:p w14:paraId="668EC737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Punonjës bar (kokteile)</w:t>
      </w:r>
    </w:p>
    <w:p w14:paraId="0E7D661F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Kuzhinier / picaiol</w:t>
      </w:r>
    </w:p>
    <w:p w14:paraId="7BC35E44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Punonjës bar/kuzhinë dhe pastrimi</w:t>
      </w:r>
    </w:p>
    <w:p w14:paraId="110460F3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Punonjës në dyqan lulesh / konfeti ose të ngjashëm</w:t>
      </w:r>
    </w:p>
    <w:p w14:paraId="700802B2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Numri total i pozicioneve të kërkuara: __________</w:t>
      </w:r>
    </w:p>
    <w:p w14:paraId="7E5C5E3F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Përshkrim i shkurtër i detyrave të punës për secilin profil të kërkuar: __________________________________________</w:t>
      </w:r>
    </w:p>
    <w:p w14:paraId="38989332" w14:textId="77777777" w:rsidR="007237FC" w:rsidRPr="00EB39C3" w:rsidRDefault="00EB39C3">
      <w:pPr>
        <w:pStyle w:val="Heading2"/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4. DEKLARATË PËR PJESËMARRJE NË PROGRAMIN E SUBVENCIONIMIT</w:t>
      </w:r>
    </w:p>
    <w:p w14:paraId="5053A5D4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Me këtë, unë / ne, përfaqësues(i) ligjor i subjektit të mësipërm, deklarojmë se:</w:t>
      </w:r>
      <w:r w:rsidRPr="00EB39C3">
        <w:rPr>
          <w:rFonts w:ascii="Lato" w:hAnsi="Lato"/>
          <w:lang w:val="it-IT"/>
        </w:rPr>
        <w:br/>
        <w:t>1. Biznesi ynë është i regjistruar ligjërisht në Shqipëri për më shumë se 6 muaj.</w:t>
      </w:r>
      <w:r w:rsidRPr="00EB39C3">
        <w:rPr>
          <w:rFonts w:ascii="Lato" w:hAnsi="Lato"/>
          <w:lang w:val="it-IT"/>
        </w:rPr>
        <w:br/>
        <w:t>2. Nuk kemi ulje të numrit të punonjësve në 2 muajt e fundit.</w:t>
      </w:r>
      <w:r w:rsidRPr="00EB39C3">
        <w:rPr>
          <w:rFonts w:ascii="Lato" w:hAnsi="Lato"/>
          <w:lang w:val="it-IT"/>
        </w:rPr>
        <w:br/>
        <w:t>3. Nuk kemi detyrime tatimore apo kontribute të papaguara.</w:t>
      </w:r>
      <w:r w:rsidRPr="00EB39C3">
        <w:rPr>
          <w:rFonts w:ascii="Lato" w:hAnsi="Lato"/>
          <w:lang w:val="it-IT"/>
        </w:rPr>
        <w:br/>
        <w:t>4. Jemi të gatshëm të punësojmë një ose më shumë nga personat e trajnuar për një periudhë minimale 4-mujore.</w:t>
      </w:r>
      <w:r w:rsidRPr="00EB39C3">
        <w:rPr>
          <w:rFonts w:ascii="Lato" w:hAnsi="Lato"/>
          <w:lang w:val="it-IT"/>
        </w:rPr>
        <w:br/>
        <w:t>5. Do të raportojmë çdo muaj mbi statusin e punësimit të punonjësve të subvencionuar.</w:t>
      </w:r>
      <w:r w:rsidRPr="00EB39C3">
        <w:rPr>
          <w:rFonts w:ascii="Lato" w:hAnsi="Lato"/>
          <w:lang w:val="it-IT"/>
        </w:rPr>
        <w:br/>
        <w:t>6. Do të zbatojmë të gjitha rregullat e sigurisë në punë dhe legjislacionin e punës.</w:t>
      </w:r>
      <w:r w:rsidRPr="00EB39C3">
        <w:rPr>
          <w:rFonts w:ascii="Lato" w:hAnsi="Lato"/>
          <w:lang w:val="it-IT"/>
        </w:rPr>
        <w:br/>
        <w:t>7. Pajtohemi që World Vision Albania dhe Zyra Rajonale e Punësimit të kryejnë vizita monitorimi gjatë periudhës së zbatimit.</w:t>
      </w:r>
    </w:p>
    <w:p w14:paraId="340D867D" w14:textId="77777777" w:rsidR="007237FC" w:rsidRPr="00EB39C3" w:rsidRDefault="00EB39C3">
      <w:pPr>
        <w:pStyle w:val="Heading2"/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5. DOKUMENTACIONI QË DUHET BASHKËNGJITUR</w:t>
      </w:r>
    </w:p>
    <w:p w14:paraId="05ED4666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Kopje e NIPT-it</w:t>
      </w:r>
    </w:p>
    <w:p w14:paraId="7AB27A7D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Ekstrakt i përditësuar nga QKR</w:t>
      </w:r>
    </w:p>
    <w:p w14:paraId="2C11F989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Segoe UI Symbol" w:hAnsi="Segoe UI Symbol" w:cs="Segoe UI Symbol"/>
          <w:lang w:val="it-IT"/>
        </w:rPr>
        <w:t>☐</w:t>
      </w:r>
      <w:r w:rsidRPr="00EB39C3">
        <w:rPr>
          <w:rFonts w:ascii="Lato" w:hAnsi="Lato"/>
          <w:lang w:val="it-IT"/>
        </w:rPr>
        <w:t xml:space="preserve"> Vërtetim nga Drejtoria Rajonale e Tatim-Taksave për statusin aktiv dhe mungesën e detyrimeve</w:t>
      </w:r>
    </w:p>
    <w:p w14:paraId="489EB471" w14:textId="77777777" w:rsidR="007237FC" w:rsidRPr="00EB39C3" w:rsidRDefault="00EB39C3">
      <w:pPr>
        <w:rPr>
          <w:rFonts w:ascii="Lato" w:hAnsi="Lato"/>
          <w:lang w:val="sv-SE"/>
        </w:rPr>
      </w:pPr>
      <w:r w:rsidRPr="00EB39C3">
        <w:rPr>
          <w:rFonts w:ascii="Segoe UI Symbol" w:hAnsi="Segoe UI Symbol" w:cs="Segoe UI Symbol"/>
          <w:lang w:val="sv-SE"/>
        </w:rPr>
        <w:t>☐</w:t>
      </w:r>
      <w:r w:rsidRPr="00EB39C3">
        <w:rPr>
          <w:rFonts w:ascii="Lato" w:hAnsi="Lato"/>
          <w:lang w:val="sv-SE"/>
        </w:rPr>
        <w:t xml:space="preserve"> Përshkrim i shkurtër i biznesit dhe aktivitetit</w:t>
      </w:r>
    </w:p>
    <w:p w14:paraId="0B7D2B52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Segoe UI Symbol" w:hAnsi="Segoe UI Symbol" w:cs="Segoe UI Symbol"/>
          <w:lang w:val="it-IT"/>
        </w:rPr>
        <w:lastRenderedPageBreak/>
        <w:t>☐</w:t>
      </w:r>
      <w:r w:rsidRPr="00EB39C3">
        <w:rPr>
          <w:rFonts w:ascii="Lato" w:hAnsi="Lato"/>
          <w:lang w:val="it-IT"/>
        </w:rPr>
        <w:t xml:space="preserve"> Kjo formë e plotësuar e Shprehjes së Interesit</w:t>
      </w:r>
    </w:p>
    <w:p w14:paraId="5BF39B37" w14:textId="77777777" w:rsidR="007237FC" w:rsidRPr="00EB39C3" w:rsidRDefault="00EB39C3">
      <w:pPr>
        <w:pStyle w:val="Heading2"/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6. NËNSHKRIMI DHE MIRATIMI</w:t>
      </w:r>
    </w:p>
    <w:p w14:paraId="2B967030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Emri i përfaqësuesit ligjor: ____________________________</w:t>
      </w:r>
    </w:p>
    <w:p w14:paraId="455AA7CC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Pozicioni: ____________________________</w:t>
      </w:r>
    </w:p>
    <w:p w14:paraId="41E40617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Data: ____ / ____ / 2025</w:t>
      </w:r>
    </w:p>
    <w:p w14:paraId="63CA770C" w14:textId="77777777" w:rsidR="007237FC" w:rsidRPr="00EB39C3" w:rsidRDefault="00EB39C3">
      <w:pPr>
        <w:rPr>
          <w:rFonts w:ascii="Lato" w:hAnsi="Lato"/>
          <w:lang w:val="it-IT"/>
        </w:rPr>
      </w:pPr>
      <w:r w:rsidRPr="00EB39C3">
        <w:rPr>
          <w:rFonts w:ascii="Lato" w:hAnsi="Lato"/>
          <w:lang w:val="it-IT"/>
        </w:rPr>
        <w:t>Nënshkrimi dhe vula e biznesit: ____________________________</w:t>
      </w:r>
    </w:p>
    <w:p w14:paraId="6945E744" w14:textId="3B269C86" w:rsidR="007237FC" w:rsidRPr="00EB39C3" w:rsidRDefault="00EB39C3">
      <w:pPr>
        <w:rPr>
          <w:rFonts w:ascii="Lato" w:hAnsi="Lato"/>
          <w:lang w:val="sv-SE"/>
        </w:rPr>
      </w:pPr>
      <w:r w:rsidRPr="00EB39C3">
        <w:rPr>
          <w:rFonts w:ascii="Lato" w:hAnsi="Lato"/>
          <w:lang w:val="sv-SE"/>
        </w:rPr>
        <w:br/>
      </w:r>
      <w:r w:rsidRPr="00EB39C3">
        <w:rPr>
          <w:rFonts w:ascii="Segoe UI Emoji" w:hAnsi="Segoe UI Emoji" w:cs="Segoe UI Emoji"/>
        </w:rPr>
        <w:t>📩</w:t>
      </w:r>
      <w:r w:rsidRPr="00EB39C3">
        <w:rPr>
          <w:rFonts w:ascii="Lato" w:hAnsi="Lato"/>
          <w:lang w:val="sv-SE"/>
        </w:rPr>
        <w:t xml:space="preserve"> Aplikimet dorëzohen deri më: [</w:t>
      </w:r>
      <w:r w:rsidR="007100B4">
        <w:rPr>
          <w:rFonts w:ascii="Lato" w:hAnsi="Lato"/>
          <w:lang w:val="sv-SE"/>
        </w:rPr>
        <w:t xml:space="preserve"> </w:t>
      </w:r>
      <w:r w:rsidR="002C3015">
        <w:rPr>
          <w:rFonts w:ascii="Lato" w:hAnsi="Lato"/>
          <w:lang w:val="sv-SE"/>
        </w:rPr>
        <w:t>10</w:t>
      </w:r>
      <w:r w:rsidRPr="00EB39C3">
        <w:rPr>
          <w:rFonts w:ascii="Lato" w:hAnsi="Lato"/>
          <w:lang w:val="sv-SE"/>
        </w:rPr>
        <w:t>/</w:t>
      </w:r>
      <w:r w:rsidR="007100B4">
        <w:rPr>
          <w:rFonts w:ascii="Lato" w:hAnsi="Lato"/>
          <w:lang w:val="sv-SE"/>
        </w:rPr>
        <w:t>11</w:t>
      </w:r>
      <w:r w:rsidRPr="00EB39C3">
        <w:rPr>
          <w:rFonts w:ascii="Lato" w:hAnsi="Lato"/>
          <w:lang w:val="sv-SE"/>
        </w:rPr>
        <w:t>/2025]</w:t>
      </w:r>
    </w:p>
    <w:p w14:paraId="39C608B9" w14:textId="43E23E98" w:rsidR="007237FC" w:rsidRPr="00EB39C3" w:rsidRDefault="00EB39C3">
      <w:pPr>
        <w:rPr>
          <w:rFonts w:ascii="Lato" w:hAnsi="Lato"/>
          <w:lang w:val="sv-SE"/>
        </w:rPr>
      </w:pPr>
      <w:r w:rsidRPr="00EB39C3">
        <w:rPr>
          <w:rFonts w:ascii="Lato" w:hAnsi="Lato"/>
          <w:lang w:val="sv-SE"/>
        </w:rPr>
        <w:t xml:space="preserve">Në adresën elektronike: </w:t>
      </w:r>
      <w:hyperlink r:id="rId8" w:history="1">
        <w:r w:rsidR="003200B7">
          <w:rPr>
            <w:rStyle w:val="Hyperlink"/>
            <w:rFonts w:ascii="Segoe UI" w:hAnsi="Segoe UI" w:cs="Segoe UI"/>
            <w:b/>
            <w:bCs/>
            <w:color w:val="2577B1"/>
            <w:sz w:val="23"/>
            <w:szCs w:val="23"/>
          </w:rPr>
          <w:t>procurement_albania@wvi.org</w:t>
        </w:r>
      </w:hyperlink>
    </w:p>
    <w:p w14:paraId="7D49860F" w14:textId="77777777" w:rsidR="007237FC" w:rsidRPr="00EB39C3" w:rsidRDefault="00EB39C3">
      <w:pPr>
        <w:rPr>
          <w:rFonts w:ascii="Lato" w:hAnsi="Lato"/>
          <w:lang w:val="sv-SE"/>
        </w:rPr>
      </w:pPr>
      <w:r w:rsidRPr="004F0801">
        <w:rPr>
          <w:rFonts w:ascii="Lato" w:hAnsi="Lato"/>
          <w:b/>
          <w:bCs/>
          <w:lang w:val="sv-SE"/>
        </w:rPr>
        <w:t>Subjekti i emailit:</w:t>
      </w:r>
      <w:r w:rsidRPr="00EB39C3">
        <w:rPr>
          <w:rFonts w:ascii="Lato" w:hAnsi="Lato"/>
          <w:lang w:val="sv-SE"/>
        </w:rPr>
        <w:t xml:space="preserve"> “Shprehje Interesi – Skema e Punësimit të Subvencionuar, Bashkia Lezhë”</w:t>
      </w:r>
    </w:p>
    <w:sectPr w:rsidR="007237FC" w:rsidRPr="00EB39C3" w:rsidSect="00034616">
      <w:headerReference w:type="default" r:id="rId9"/>
      <w:foot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6C547" w14:textId="77777777" w:rsidR="009A5B83" w:rsidRDefault="009A5B83" w:rsidP="00EB39C3">
      <w:pPr>
        <w:spacing w:after="0" w:line="240" w:lineRule="auto"/>
      </w:pPr>
      <w:r>
        <w:separator/>
      </w:r>
    </w:p>
  </w:endnote>
  <w:endnote w:type="continuationSeparator" w:id="0">
    <w:p w14:paraId="60A2AC20" w14:textId="77777777" w:rsidR="009A5B83" w:rsidRDefault="009A5B83" w:rsidP="00EB3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B0923" w14:textId="77777777" w:rsidR="00EB39C3" w:rsidRPr="00864758" w:rsidRDefault="00EB39C3" w:rsidP="00EB39C3">
    <w:pPr>
      <w:pStyle w:val="Footer"/>
    </w:pPr>
    <w:r>
      <w:rPr>
        <w:noProof/>
      </w:rPr>
      <w:t xml:space="preserve">  </w:t>
    </w:r>
    <w:r>
      <w:rPr>
        <w:noProof/>
        <w:lang w:eastAsia="zh-CN"/>
      </w:rPr>
      <w:drawing>
        <wp:inline distT="0" distB="0" distL="0" distR="0" wp14:anchorId="5765B8D1" wp14:editId="74700962">
          <wp:extent cx="1399356" cy="47244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3723" cy="477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</w:t>
    </w:r>
    <w:r>
      <w:rPr>
        <w:rFonts w:cs="Arial"/>
        <w:b/>
        <w:noProof/>
        <w:color w:val="000000"/>
        <w:lang w:eastAsia="zh-CN"/>
      </w:rPr>
      <w:drawing>
        <wp:inline distT="0" distB="0" distL="0" distR="0" wp14:anchorId="0924DE2E" wp14:editId="666C3BA3">
          <wp:extent cx="714375" cy="514690"/>
          <wp:effectExtent l="0" t="0" r="0" b="0"/>
          <wp:docPr id="6" name="Picture 6" descr="C:\Users\EndriTeta\Downloads\2-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EndriTeta\Downloads\2-1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281" cy="5391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</w:t>
    </w:r>
    <w:r>
      <w:rPr>
        <w:noProof/>
        <w:lang w:eastAsia="zh-CN"/>
      </w:rPr>
      <w:drawing>
        <wp:inline distT="0" distB="0" distL="0" distR="0" wp14:anchorId="6138CD81" wp14:editId="5B30C047">
          <wp:extent cx="1350821" cy="228600"/>
          <wp:effectExtent l="0" t="0" r="190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460" cy="2405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</w:p>
  <w:p w14:paraId="476A6306" w14:textId="77777777" w:rsidR="00EB39C3" w:rsidRPr="007D68A8" w:rsidRDefault="00EB39C3" w:rsidP="00EB39C3">
    <w:pPr>
      <w:pStyle w:val="Footer"/>
    </w:pPr>
  </w:p>
  <w:p w14:paraId="713FD530" w14:textId="77777777" w:rsidR="00EB39C3" w:rsidRDefault="00EB39C3" w:rsidP="00EB39C3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4884C" w14:textId="77777777" w:rsidR="009A5B83" w:rsidRDefault="009A5B83" w:rsidP="00EB39C3">
      <w:pPr>
        <w:spacing w:after="0" w:line="240" w:lineRule="auto"/>
      </w:pPr>
      <w:r>
        <w:separator/>
      </w:r>
    </w:p>
  </w:footnote>
  <w:footnote w:type="continuationSeparator" w:id="0">
    <w:p w14:paraId="7E17D3CD" w14:textId="77777777" w:rsidR="009A5B83" w:rsidRDefault="009A5B83" w:rsidP="00EB3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D99C9" w14:textId="3431D5F6" w:rsidR="00EB39C3" w:rsidRPr="00E65712" w:rsidRDefault="00EB39C3" w:rsidP="00EB39C3">
    <w:pPr>
      <w:pStyle w:val="Header"/>
    </w:pPr>
    <w:r>
      <w:rPr>
        <w:noProof/>
        <w:lang w:eastAsia="zh-CN"/>
      </w:rPr>
      <w:drawing>
        <wp:inline distT="0" distB="0" distL="0" distR="0" wp14:anchorId="13A5354B" wp14:editId="43FA359E">
          <wp:extent cx="2049409" cy="430901"/>
          <wp:effectExtent l="0" t="0" r="0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0712" cy="4374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</w:t>
    </w:r>
    <w:r>
      <w:rPr>
        <w:noProof/>
        <w:lang w:eastAsia="zh-CN"/>
      </w:rPr>
      <w:drawing>
        <wp:inline distT="0" distB="0" distL="0" distR="0" wp14:anchorId="70E7D127" wp14:editId="084FAE72">
          <wp:extent cx="2346960" cy="430828"/>
          <wp:effectExtent l="0" t="0" r="0" b="7620"/>
          <wp:docPr id="886930621" name="Picture 8869306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628" cy="440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E1707C" w14:textId="77777777" w:rsidR="00EB39C3" w:rsidRDefault="00EB39C3" w:rsidP="00EB39C3">
    <w:pPr>
      <w:pStyle w:val="Header"/>
    </w:pPr>
    <w:r>
      <w:tab/>
    </w:r>
    <w:r>
      <w:tab/>
    </w:r>
  </w:p>
  <w:p w14:paraId="15EE0388" w14:textId="77777777" w:rsidR="00EB39C3" w:rsidRDefault="00EB39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2C3015"/>
    <w:rsid w:val="003200B7"/>
    <w:rsid w:val="00326F90"/>
    <w:rsid w:val="004F0801"/>
    <w:rsid w:val="007100B4"/>
    <w:rsid w:val="007237FC"/>
    <w:rsid w:val="00876201"/>
    <w:rsid w:val="00896A9D"/>
    <w:rsid w:val="009A5B83"/>
    <w:rsid w:val="00AA1D8D"/>
    <w:rsid w:val="00B47730"/>
    <w:rsid w:val="00CB0664"/>
    <w:rsid w:val="00CF3D7D"/>
    <w:rsid w:val="00EB39C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DF5ACA1"/>
  <w14:defaultImageDpi w14:val="300"/>
  <w15:docId w15:val="{9AB4C1AF-C36B-4608-A331-C54C0C476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semiHidden/>
    <w:unhideWhenUsed/>
    <w:rsid w:val="003200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curement_albania@wvi.org?subject=Aplikoj%20per%20njoftimin:%20Thirrje%20p%C3%ABr%20shprehje%20interesi_Rinovimi%20i%20flot%C3%ABs%20s%C3%AB%20automjeteve&amp;body=Pershendetje%20drejtues%20te%20World%20Vision%20Albania,%0d%0a%0d%0aMe%20kete%20email%20deshiroj%20te%20aplikoj%20per%20njoftimin:%0d%0aThirrje%20p%C3%ABr%20shprehje%20interesi_Rinovimi%20i%20flot%C3%ABs%20s%C3%AB%20automjeteve%0d%0ahttps://www.njoftime.com/threads/thirrje-p%C3%ABr-shprehje-interesi_rinovimi-i-flot%C3%ABs-s%C3%AB-automjeteve.1004908/%0d%0a%0d%0aNr.%20Tel.:%0d%0aBashkangjitur%20CV%0d%0a%0d%0aFaleminderit!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449</Words>
  <Characters>3357</Characters>
  <Application>Microsoft Office Word</Application>
  <DocSecurity>0</DocSecurity>
  <Lines>98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Alfons Cupaj</cp:lastModifiedBy>
  <cp:revision>7</cp:revision>
  <dcterms:created xsi:type="dcterms:W3CDTF">2025-10-30T11:46:00Z</dcterms:created>
  <dcterms:modified xsi:type="dcterms:W3CDTF">2025-10-30T15:38:00Z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dcf15f35-0de3-4923-92af-ad303e81d049</vt:lpwstr>
  </property>
</Properties>
</file>