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F6684" w14:textId="77777777" w:rsidR="007237FC" w:rsidRPr="00EB39C3" w:rsidRDefault="00EB39C3">
      <w:pPr>
        <w:pStyle w:val="Heading1"/>
        <w:jc w:val="center"/>
        <w:rPr>
          <w:rFonts w:ascii="Lato" w:hAnsi="Lato"/>
        </w:rPr>
      </w:pPr>
      <w:r w:rsidRPr="00EB39C3">
        <w:rPr>
          <w:rFonts w:ascii="Lato" w:hAnsi="Lato"/>
        </w:rPr>
        <w:t>SHKRESË INTERESI (EXPRESSION OF INTEREST)</w:t>
      </w:r>
    </w:p>
    <w:p w14:paraId="0A7CC9CC" w14:textId="77777777" w:rsidR="007237FC" w:rsidRPr="00EB39C3" w:rsidRDefault="00EB39C3">
      <w:pPr>
        <w:pStyle w:val="Subtitle"/>
        <w:rPr>
          <w:rFonts w:ascii="Lato" w:hAnsi="Lato"/>
        </w:rPr>
      </w:pPr>
      <w:r w:rsidRPr="00EB39C3">
        <w:rPr>
          <w:rFonts w:ascii="Lato" w:hAnsi="Lato"/>
        </w:rPr>
        <w:t>Përfshirja e Bizneseve Lokale në Skemën e Punësimit të Subvencionuar</w:t>
      </w:r>
    </w:p>
    <w:p w14:paraId="7056438A" w14:textId="0C94342E" w:rsidR="007237FC" w:rsidRPr="00EB39C3" w:rsidRDefault="00EB39C3">
      <w:pPr>
        <w:rPr>
          <w:rFonts w:ascii="Lato" w:hAnsi="Lato"/>
        </w:rPr>
      </w:pPr>
      <w:r w:rsidRPr="00EB39C3">
        <w:rPr>
          <w:rFonts w:ascii="Lato" w:hAnsi="Lato"/>
        </w:rPr>
        <w:t>Projekti: “Nxitja e Punësimit të Denjë për të Rinj</w:t>
      </w:r>
      <w:r w:rsidR="00896A9D">
        <w:rPr>
          <w:rFonts w:ascii="Lato" w:hAnsi="Lato"/>
        </w:rPr>
        <w:t>të</w:t>
      </w:r>
      <w:r w:rsidRPr="00EB39C3">
        <w:rPr>
          <w:rFonts w:ascii="Lato" w:hAnsi="Lato"/>
        </w:rPr>
        <w:t xml:space="preserve"> dhe</w:t>
      </w:r>
      <w:r w:rsidR="00896A9D">
        <w:rPr>
          <w:rFonts w:ascii="Lato" w:hAnsi="Lato"/>
        </w:rPr>
        <w:t xml:space="preserve"> Personat e</w:t>
      </w:r>
      <w:r w:rsidRPr="00EB39C3">
        <w:rPr>
          <w:rFonts w:ascii="Lato" w:hAnsi="Lato"/>
        </w:rPr>
        <w:t xml:space="preserve"> Papunë Afatgjatë në Zonën Ndërkufitare Mal i Zi – Shqipëri”</w:t>
      </w:r>
    </w:p>
    <w:p w14:paraId="3869FA52" w14:textId="77777777" w:rsidR="007237FC" w:rsidRPr="00EB39C3" w:rsidRDefault="00EB39C3">
      <w:pPr>
        <w:rPr>
          <w:rFonts w:ascii="Lato" w:hAnsi="Lato"/>
        </w:rPr>
      </w:pPr>
      <w:r w:rsidRPr="00EB39C3">
        <w:rPr>
          <w:rFonts w:ascii="Lato" w:hAnsi="Lato"/>
        </w:rPr>
        <w:t>Zbatuar nga: World Vision Albania</w:t>
      </w:r>
    </w:p>
    <w:p w14:paraId="54B4F8ED" w14:textId="77777777" w:rsidR="007237FC" w:rsidRPr="00EB39C3" w:rsidRDefault="00EB39C3">
      <w:pPr>
        <w:rPr>
          <w:rFonts w:ascii="Lato" w:hAnsi="Lato"/>
        </w:rPr>
      </w:pPr>
      <w:r w:rsidRPr="00EB39C3">
        <w:rPr>
          <w:rFonts w:ascii="Lato" w:hAnsi="Lato"/>
        </w:rPr>
        <w:t>Vendndodhja: Bashkia Lezhë (Qendër dhe Njësia Administrative Shëngjin)</w:t>
      </w:r>
    </w:p>
    <w:p w14:paraId="3DBE6D78" w14:textId="6C49A947" w:rsidR="007237FC" w:rsidRPr="00EB39C3" w:rsidRDefault="00EB39C3">
      <w:pPr>
        <w:rPr>
          <w:rFonts w:ascii="Lato" w:hAnsi="Lato"/>
          <w:lang w:val="sv-SE"/>
        </w:rPr>
      </w:pPr>
      <w:r w:rsidRPr="00EB39C3">
        <w:rPr>
          <w:rFonts w:ascii="Lato" w:hAnsi="Lato"/>
          <w:lang w:val="sv-SE"/>
        </w:rPr>
        <w:t xml:space="preserve">Afati i punësimit të mbështetur: Nëntor 2025 – </w:t>
      </w:r>
      <w:r w:rsidR="00B85ECF">
        <w:rPr>
          <w:rFonts w:ascii="Lato" w:hAnsi="Lato"/>
          <w:lang w:val="sv-SE"/>
        </w:rPr>
        <w:t>Qershor</w:t>
      </w:r>
      <w:r w:rsidRPr="00EB39C3">
        <w:rPr>
          <w:rFonts w:ascii="Lato" w:hAnsi="Lato"/>
          <w:lang w:val="sv-SE"/>
        </w:rPr>
        <w:t xml:space="preserve"> 2026</w:t>
      </w:r>
    </w:p>
    <w:p w14:paraId="4D7A7879" w14:textId="77777777" w:rsidR="007237FC" w:rsidRPr="00EB39C3" w:rsidRDefault="00EB39C3">
      <w:pPr>
        <w:pStyle w:val="Heading2"/>
        <w:rPr>
          <w:rFonts w:ascii="Lato" w:hAnsi="Lato"/>
          <w:lang w:val="it-IT"/>
        </w:rPr>
      </w:pPr>
      <w:r w:rsidRPr="00EB39C3">
        <w:rPr>
          <w:rFonts w:ascii="Lato" w:hAnsi="Lato"/>
          <w:lang w:val="it-IT"/>
        </w:rPr>
        <w:t>1. TË DHËNAT E BIZNESIT</w:t>
      </w:r>
    </w:p>
    <w:p w14:paraId="6E6C98AA" w14:textId="77777777" w:rsidR="007237FC" w:rsidRPr="00EB39C3" w:rsidRDefault="00EB39C3">
      <w:pPr>
        <w:rPr>
          <w:rFonts w:ascii="Lato" w:hAnsi="Lato"/>
          <w:lang w:val="it-IT"/>
        </w:rPr>
      </w:pPr>
      <w:r w:rsidRPr="00EB39C3">
        <w:rPr>
          <w:rFonts w:ascii="Lato" w:hAnsi="Lato"/>
          <w:lang w:val="it-IT"/>
        </w:rPr>
        <w:t>Emri i subjektit: _________________________________</w:t>
      </w:r>
    </w:p>
    <w:p w14:paraId="5729A260" w14:textId="77777777" w:rsidR="007237FC" w:rsidRPr="00EB39C3" w:rsidRDefault="00EB39C3">
      <w:pPr>
        <w:rPr>
          <w:rFonts w:ascii="Lato" w:hAnsi="Lato"/>
          <w:lang w:val="it-IT"/>
        </w:rPr>
      </w:pPr>
      <w:r w:rsidRPr="00EB39C3">
        <w:rPr>
          <w:rFonts w:ascii="Lato" w:hAnsi="Lato"/>
          <w:lang w:val="it-IT"/>
        </w:rPr>
        <w:t>Forma ligjore (sh.p.k / sh.a / N.P.T / etj): ___________________________</w:t>
      </w:r>
    </w:p>
    <w:p w14:paraId="73471703" w14:textId="77777777" w:rsidR="007237FC" w:rsidRPr="00EB39C3" w:rsidRDefault="00EB39C3">
      <w:pPr>
        <w:rPr>
          <w:rFonts w:ascii="Lato" w:hAnsi="Lato"/>
          <w:lang w:val="it-IT"/>
        </w:rPr>
      </w:pPr>
      <w:r w:rsidRPr="00EB39C3">
        <w:rPr>
          <w:rFonts w:ascii="Lato" w:hAnsi="Lato"/>
          <w:lang w:val="it-IT"/>
        </w:rPr>
        <w:t>NIPT: _________________________________</w:t>
      </w:r>
    </w:p>
    <w:p w14:paraId="094ABBA4" w14:textId="77777777" w:rsidR="007237FC" w:rsidRPr="00EB39C3" w:rsidRDefault="00EB39C3">
      <w:pPr>
        <w:rPr>
          <w:rFonts w:ascii="Lato" w:hAnsi="Lato"/>
          <w:lang w:val="it-IT"/>
        </w:rPr>
      </w:pPr>
      <w:r w:rsidRPr="00EB39C3">
        <w:rPr>
          <w:rFonts w:ascii="Lato" w:hAnsi="Lato"/>
          <w:lang w:val="it-IT"/>
        </w:rPr>
        <w:t>Adresa e biznesit: _________________________________</w:t>
      </w:r>
    </w:p>
    <w:p w14:paraId="130D2546" w14:textId="77777777" w:rsidR="007237FC" w:rsidRPr="00EB39C3" w:rsidRDefault="00EB39C3">
      <w:pPr>
        <w:rPr>
          <w:rFonts w:ascii="Lato" w:hAnsi="Lato"/>
          <w:lang w:val="it-IT"/>
        </w:rPr>
      </w:pPr>
      <w:r w:rsidRPr="00EB39C3">
        <w:rPr>
          <w:rFonts w:ascii="Lato" w:hAnsi="Lato"/>
          <w:lang w:val="it-IT"/>
        </w:rPr>
        <w:t>Qyteti / Njësia Administrative: _________________________</w:t>
      </w:r>
    </w:p>
    <w:p w14:paraId="7A5BA5B9" w14:textId="77777777" w:rsidR="007237FC" w:rsidRPr="00EB39C3" w:rsidRDefault="00EB39C3">
      <w:pPr>
        <w:rPr>
          <w:rFonts w:ascii="Lato" w:hAnsi="Lato"/>
          <w:lang w:val="it-IT"/>
        </w:rPr>
      </w:pPr>
      <w:r w:rsidRPr="00EB39C3">
        <w:rPr>
          <w:rFonts w:ascii="Lato" w:hAnsi="Lato"/>
          <w:lang w:val="it-IT"/>
        </w:rPr>
        <w:t>Nr. telefoni: ____________________   Email: _________________________</w:t>
      </w:r>
    </w:p>
    <w:p w14:paraId="28F1AC5C" w14:textId="77777777" w:rsidR="007237FC" w:rsidRPr="00EB39C3" w:rsidRDefault="00EB39C3">
      <w:pPr>
        <w:rPr>
          <w:rFonts w:ascii="Lato" w:hAnsi="Lato"/>
          <w:lang w:val="it-IT"/>
        </w:rPr>
      </w:pPr>
      <w:r w:rsidRPr="00EB39C3">
        <w:rPr>
          <w:rFonts w:ascii="Lato" w:hAnsi="Lato"/>
          <w:lang w:val="it-IT"/>
        </w:rPr>
        <w:t>Emri i përfaqësuesit ligjor: ____________________________</w:t>
      </w:r>
    </w:p>
    <w:p w14:paraId="5A6E0C87" w14:textId="77777777" w:rsidR="007237FC" w:rsidRPr="00EB39C3" w:rsidRDefault="00EB39C3">
      <w:pPr>
        <w:rPr>
          <w:rFonts w:ascii="Lato" w:hAnsi="Lato"/>
          <w:lang w:val="it-IT"/>
        </w:rPr>
      </w:pPr>
      <w:r w:rsidRPr="00EB39C3">
        <w:rPr>
          <w:rFonts w:ascii="Lato" w:hAnsi="Lato"/>
          <w:lang w:val="it-IT"/>
        </w:rPr>
        <w:t>Pozicioni në kompani: _______________________________</w:t>
      </w:r>
    </w:p>
    <w:p w14:paraId="4AE37F58" w14:textId="77777777" w:rsidR="007237FC" w:rsidRPr="00EB39C3" w:rsidRDefault="00EB39C3">
      <w:pPr>
        <w:pStyle w:val="Heading2"/>
        <w:rPr>
          <w:rFonts w:ascii="Lato" w:hAnsi="Lato"/>
          <w:lang w:val="it-IT"/>
        </w:rPr>
      </w:pPr>
      <w:r w:rsidRPr="00EB39C3">
        <w:rPr>
          <w:rFonts w:ascii="Lato" w:hAnsi="Lato"/>
          <w:lang w:val="it-IT"/>
        </w:rPr>
        <w:t>2. INFORMACION RRETH AKTIVITETIT TË BIZNESIT</w:t>
      </w:r>
    </w:p>
    <w:p w14:paraId="149926D1" w14:textId="77777777" w:rsidR="007237FC" w:rsidRPr="00EB39C3" w:rsidRDefault="00EB39C3">
      <w:pPr>
        <w:rPr>
          <w:rFonts w:ascii="Lato" w:hAnsi="Lato"/>
          <w:lang w:val="it-IT"/>
        </w:rPr>
      </w:pPr>
      <w:r w:rsidRPr="00EB39C3">
        <w:rPr>
          <w:rFonts w:ascii="Lato" w:hAnsi="Lato"/>
          <w:lang w:val="it-IT"/>
        </w:rPr>
        <w:t>Fusha e aktivitetit kryesor:</w:t>
      </w:r>
    </w:p>
    <w:p w14:paraId="5272DD37" w14:textId="77777777" w:rsidR="007237FC" w:rsidRPr="00EB39C3" w:rsidRDefault="00EB39C3">
      <w:pPr>
        <w:rPr>
          <w:rFonts w:ascii="Lato" w:hAnsi="Lato"/>
          <w:lang w:val="it-IT"/>
        </w:rPr>
      </w:pPr>
      <w:r w:rsidRPr="00EB39C3">
        <w:rPr>
          <w:rFonts w:ascii="Segoe UI Symbol" w:hAnsi="Segoe UI Symbol" w:cs="Segoe UI Symbol"/>
          <w:lang w:val="it-IT"/>
        </w:rPr>
        <w:t>☐</w:t>
      </w:r>
      <w:r w:rsidRPr="00EB39C3">
        <w:rPr>
          <w:rFonts w:ascii="Lato" w:hAnsi="Lato"/>
          <w:lang w:val="it-IT"/>
        </w:rPr>
        <w:t xml:space="preserve"> Bar   </w:t>
      </w:r>
      <w:r w:rsidRPr="00EB39C3">
        <w:rPr>
          <w:rFonts w:ascii="Segoe UI Symbol" w:hAnsi="Segoe UI Symbol" w:cs="Segoe UI Symbol"/>
          <w:lang w:val="it-IT"/>
        </w:rPr>
        <w:t>☐</w:t>
      </w:r>
      <w:r w:rsidRPr="00EB39C3">
        <w:rPr>
          <w:rFonts w:ascii="Lato" w:hAnsi="Lato"/>
          <w:lang w:val="it-IT"/>
        </w:rPr>
        <w:t xml:space="preserve"> Restorant   </w:t>
      </w:r>
      <w:r w:rsidRPr="00EB39C3">
        <w:rPr>
          <w:rFonts w:ascii="Segoe UI Symbol" w:hAnsi="Segoe UI Symbol" w:cs="Segoe UI Symbol"/>
          <w:lang w:val="it-IT"/>
        </w:rPr>
        <w:t>☐</w:t>
      </w:r>
      <w:r w:rsidRPr="00EB39C3">
        <w:rPr>
          <w:rFonts w:ascii="Lato" w:hAnsi="Lato"/>
          <w:lang w:val="it-IT"/>
        </w:rPr>
        <w:t xml:space="preserve"> Hotel   </w:t>
      </w:r>
      <w:r w:rsidRPr="00EB39C3">
        <w:rPr>
          <w:rFonts w:ascii="Segoe UI Symbol" w:hAnsi="Segoe UI Symbol" w:cs="Segoe UI Symbol"/>
          <w:lang w:val="it-IT"/>
        </w:rPr>
        <w:t>☐</w:t>
      </w:r>
      <w:r w:rsidRPr="00EB39C3">
        <w:rPr>
          <w:rFonts w:ascii="Lato" w:hAnsi="Lato"/>
          <w:lang w:val="it-IT"/>
        </w:rPr>
        <w:t xml:space="preserve"> Furr</w:t>
      </w:r>
      <w:r w:rsidRPr="00EB39C3">
        <w:rPr>
          <w:rFonts w:ascii="Lato" w:hAnsi="Lato" w:cs="Lato"/>
          <w:lang w:val="it-IT"/>
        </w:rPr>
        <w:t>ë</w:t>
      </w:r>
      <w:r w:rsidRPr="00EB39C3">
        <w:rPr>
          <w:rFonts w:ascii="Lato" w:hAnsi="Lato"/>
          <w:lang w:val="it-IT"/>
        </w:rPr>
        <w:t xml:space="preserve">/Piceri   </w:t>
      </w:r>
      <w:r w:rsidRPr="00EB39C3">
        <w:rPr>
          <w:rFonts w:ascii="Segoe UI Symbol" w:hAnsi="Segoe UI Symbol" w:cs="Segoe UI Symbol"/>
          <w:lang w:val="it-IT"/>
        </w:rPr>
        <w:t>☐</w:t>
      </w:r>
      <w:r w:rsidRPr="00EB39C3">
        <w:rPr>
          <w:rFonts w:ascii="Lato" w:hAnsi="Lato"/>
          <w:lang w:val="it-IT"/>
        </w:rPr>
        <w:t xml:space="preserve"> Luleshit</w:t>
      </w:r>
      <w:r w:rsidRPr="00EB39C3">
        <w:rPr>
          <w:rFonts w:ascii="Lato" w:hAnsi="Lato" w:cs="Lato"/>
          <w:lang w:val="it-IT"/>
        </w:rPr>
        <w:t>ë</w:t>
      </w:r>
      <w:r w:rsidRPr="00EB39C3">
        <w:rPr>
          <w:rFonts w:ascii="Lato" w:hAnsi="Lato"/>
          <w:lang w:val="it-IT"/>
        </w:rPr>
        <w:t xml:space="preserve">s/Konfeti   </w:t>
      </w:r>
      <w:r w:rsidRPr="00EB39C3">
        <w:rPr>
          <w:rFonts w:ascii="Segoe UI Symbol" w:hAnsi="Segoe UI Symbol" w:cs="Segoe UI Symbol"/>
          <w:lang w:val="it-IT"/>
        </w:rPr>
        <w:t>☐</w:t>
      </w:r>
      <w:r w:rsidRPr="00EB39C3">
        <w:rPr>
          <w:rFonts w:ascii="Lato" w:hAnsi="Lato"/>
          <w:lang w:val="it-IT"/>
        </w:rPr>
        <w:t xml:space="preserve"> Tjet</w:t>
      </w:r>
      <w:r w:rsidRPr="00EB39C3">
        <w:rPr>
          <w:rFonts w:ascii="Lato" w:hAnsi="Lato" w:cs="Lato"/>
          <w:lang w:val="it-IT"/>
        </w:rPr>
        <w:t>ë</w:t>
      </w:r>
      <w:r w:rsidRPr="00EB39C3">
        <w:rPr>
          <w:rFonts w:ascii="Lato" w:hAnsi="Lato"/>
          <w:lang w:val="it-IT"/>
        </w:rPr>
        <w:t>r: __________</w:t>
      </w:r>
    </w:p>
    <w:p w14:paraId="1B9D7727" w14:textId="77777777" w:rsidR="007237FC" w:rsidRPr="00EB39C3" w:rsidRDefault="00EB39C3">
      <w:pPr>
        <w:rPr>
          <w:rFonts w:ascii="Lato" w:hAnsi="Lato"/>
          <w:lang w:val="sv-SE"/>
        </w:rPr>
      </w:pPr>
      <w:r w:rsidRPr="00EB39C3">
        <w:rPr>
          <w:rFonts w:ascii="Lato" w:hAnsi="Lato"/>
          <w:lang w:val="sv-SE"/>
        </w:rPr>
        <w:t>Përshkrim i shkurtër i aktivitetit të biznesit (maks. 100 fjalë): __________________________________________</w:t>
      </w:r>
    </w:p>
    <w:p w14:paraId="02F0C36D" w14:textId="77777777" w:rsidR="007237FC" w:rsidRPr="00EB39C3" w:rsidRDefault="00EB39C3">
      <w:pPr>
        <w:rPr>
          <w:rFonts w:ascii="Lato" w:hAnsi="Lato"/>
          <w:lang w:val="sv-SE"/>
        </w:rPr>
      </w:pPr>
      <w:r w:rsidRPr="00EB39C3">
        <w:rPr>
          <w:rFonts w:ascii="Lato" w:hAnsi="Lato"/>
          <w:lang w:val="sv-SE"/>
        </w:rPr>
        <w:t>Numri aktual i punonjësve të regjistruar: __________</w:t>
      </w:r>
    </w:p>
    <w:p w14:paraId="6985DF2C" w14:textId="77777777" w:rsidR="007237FC" w:rsidRPr="00EB39C3" w:rsidRDefault="00EB39C3">
      <w:pPr>
        <w:rPr>
          <w:rFonts w:ascii="Lato" w:hAnsi="Lato"/>
          <w:lang w:val="it-IT"/>
        </w:rPr>
      </w:pPr>
      <w:r w:rsidRPr="00EB39C3">
        <w:rPr>
          <w:rFonts w:ascii="Lato" w:hAnsi="Lato"/>
          <w:lang w:val="sv-SE"/>
        </w:rPr>
        <w:t xml:space="preserve">A ka ndodhur ulje e numrit të punonjësve gjatë 2 muajve të fundit? </w:t>
      </w:r>
      <w:r w:rsidRPr="00EB39C3">
        <w:rPr>
          <w:rFonts w:ascii="Segoe UI Symbol" w:hAnsi="Segoe UI Symbol" w:cs="Segoe UI Symbol"/>
          <w:lang w:val="it-IT"/>
        </w:rPr>
        <w:t>☐</w:t>
      </w:r>
      <w:r w:rsidRPr="00EB39C3">
        <w:rPr>
          <w:rFonts w:ascii="Lato" w:hAnsi="Lato"/>
          <w:lang w:val="it-IT"/>
        </w:rPr>
        <w:t xml:space="preserve"> Po   </w:t>
      </w:r>
      <w:r w:rsidRPr="00EB39C3">
        <w:rPr>
          <w:rFonts w:ascii="Segoe UI Symbol" w:hAnsi="Segoe UI Symbol" w:cs="Segoe UI Symbol"/>
          <w:lang w:val="it-IT"/>
        </w:rPr>
        <w:t>☐</w:t>
      </w:r>
      <w:r w:rsidRPr="00EB39C3">
        <w:rPr>
          <w:rFonts w:ascii="Lato" w:hAnsi="Lato"/>
          <w:lang w:val="it-IT"/>
        </w:rPr>
        <w:t xml:space="preserve"> Jo</w:t>
      </w:r>
    </w:p>
    <w:p w14:paraId="4FCF8C21" w14:textId="77777777" w:rsidR="007237FC" w:rsidRPr="00EB39C3" w:rsidRDefault="00EB39C3">
      <w:pPr>
        <w:rPr>
          <w:rFonts w:ascii="Lato" w:hAnsi="Lato"/>
          <w:lang w:val="it-IT"/>
        </w:rPr>
      </w:pPr>
      <w:r w:rsidRPr="00EB39C3">
        <w:rPr>
          <w:rFonts w:ascii="Lato" w:hAnsi="Lato"/>
          <w:lang w:val="it-IT"/>
        </w:rPr>
        <w:lastRenderedPageBreak/>
        <w:t xml:space="preserve">A ka detyrime tatimore apo kontribute të papaguara ndaj shtetit? </w:t>
      </w:r>
      <w:r w:rsidRPr="00EB39C3">
        <w:rPr>
          <w:rFonts w:ascii="Segoe UI Symbol" w:hAnsi="Segoe UI Symbol" w:cs="Segoe UI Symbol"/>
          <w:lang w:val="it-IT"/>
        </w:rPr>
        <w:t>☐</w:t>
      </w:r>
      <w:r w:rsidRPr="00EB39C3">
        <w:rPr>
          <w:rFonts w:ascii="Lato" w:hAnsi="Lato"/>
          <w:lang w:val="it-IT"/>
        </w:rPr>
        <w:t xml:space="preserve"> Po   </w:t>
      </w:r>
      <w:r w:rsidRPr="00EB39C3">
        <w:rPr>
          <w:rFonts w:ascii="Segoe UI Symbol" w:hAnsi="Segoe UI Symbol" w:cs="Segoe UI Symbol"/>
          <w:lang w:val="it-IT"/>
        </w:rPr>
        <w:t>☐</w:t>
      </w:r>
      <w:r w:rsidRPr="00EB39C3">
        <w:rPr>
          <w:rFonts w:ascii="Lato" w:hAnsi="Lato"/>
          <w:lang w:val="it-IT"/>
        </w:rPr>
        <w:t xml:space="preserve"> Jo</w:t>
      </w:r>
    </w:p>
    <w:p w14:paraId="683FA31B" w14:textId="77777777" w:rsidR="007237FC" w:rsidRPr="00EB39C3" w:rsidRDefault="00EB39C3">
      <w:pPr>
        <w:pStyle w:val="Heading2"/>
        <w:rPr>
          <w:rFonts w:ascii="Lato" w:hAnsi="Lato"/>
          <w:lang w:val="it-IT"/>
        </w:rPr>
      </w:pPr>
      <w:r w:rsidRPr="00EB39C3">
        <w:rPr>
          <w:rFonts w:ascii="Lato" w:hAnsi="Lato"/>
          <w:lang w:val="it-IT"/>
        </w:rPr>
        <w:t>3. KËRKESA PËR PROFILIN E PUNONJËSVE</w:t>
      </w:r>
    </w:p>
    <w:p w14:paraId="6C6129D5" w14:textId="77777777" w:rsidR="007237FC" w:rsidRPr="00EB39C3" w:rsidRDefault="00EB39C3">
      <w:pPr>
        <w:rPr>
          <w:rFonts w:ascii="Lato" w:hAnsi="Lato"/>
          <w:lang w:val="it-IT"/>
        </w:rPr>
      </w:pPr>
      <w:r w:rsidRPr="00EB39C3">
        <w:rPr>
          <w:rFonts w:ascii="Segoe UI Symbol" w:hAnsi="Segoe UI Symbol" w:cs="Segoe UI Symbol"/>
          <w:lang w:val="it-IT"/>
        </w:rPr>
        <w:t>☐</w:t>
      </w:r>
      <w:r w:rsidRPr="00EB39C3">
        <w:rPr>
          <w:rFonts w:ascii="Lato" w:hAnsi="Lato"/>
          <w:lang w:val="it-IT"/>
        </w:rPr>
        <w:t xml:space="preserve"> Ndihmës kuzhinier / pastrues (deri në 4 pozicione)</w:t>
      </w:r>
    </w:p>
    <w:p w14:paraId="668EC737" w14:textId="77777777" w:rsidR="007237FC" w:rsidRPr="00EB39C3" w:rsidRDefault="00EB39C3">
      <w:pPr>
        <w:rPr>
          <w:rFonts w:ascii="Lato" w:hAnsi="Lato"/>
          <w:lang w:val="it-IT"/>
        </w:rPr>
      </w:pPr>
      <w:r w:rsidRPr="00EB39C3">
        <w:rPr>
          <w:rFonts w:ascii="Segoe UI Symbol" w:hAnsi="Segoe UI Symbol" w:cs="Segoe UI Symbol"/>
          <w:lang w:val="it-IT"/>
        </w:rPr>
        <w:t>☐</w:t>
      </w:r>
      <w:r w:rsidRPr="00EB39C3">
        <w:rPr>
          <w:rFonts w:ascii="Lato" w:hAnsi="Lato"/>
          <w:lang w:val="it-IT"/>
        </w:rPr>
        <w:t xml:space="preserve"> Punonjës bar (kokteile)</w:t>
      </w:r>
    </w:p>
    <w:p w14:paraId="0E7D661F" w14:textId="77777777" w:rsidR="007237FC" w:rsidRPr="00EB39C3" w:rsidRDefault="00EB39C3">
      <w:pPr>
        <w:rPr>
          <w:rFonts w:ascii="Lato" w:hAnsi="Lato"/>
          <w:lang w:val="it-IT"/>
        </w:rPr>
      </w:pPr>
      <w:r w:rsidRPr="00EB39C3">
        <w:rPr>
          <w:rFonts w:ascii="Segoe UI Symbol" w:hAnsi="Segoe UI Symbol" w:cs="Segoe UI Symbol"/>
          <w:lang w:val="it-IT"/>
        </w:rPr>
        <w:t>☐</w:t>
      </w:r>
      <w:r w:rsidRPr="00EB39C3">
        <w:rPr>
          <w:rFonts w:ascii="Lato" w:hAnsi="Lato"/>
          <w:lang w:val="it-IT"/>
        </w:rPr>
        <w:t xml:space="preserve"> Kuzhinier / picaiol</w:t>
      </w:r>
    </w:p>
    <w:p w14:paraId="7BC35E44" w14:textId="77777777" w:rsidR="007237FC" w:rsidRPr="00EB39C3" w:rsidRDefault="00EB39C3">
      <w:pPr>
        <w:rPr>
          <w:rFonts w:ascii="Lato" w:hAnsi="Lato"/>
          <w:lang w:val="it-IT"/>
        </w:rPr>
      </w:pPr>
      <w:r w:rsidRPr="00EB39C3">
        <w:rPr>
          <w:rFonts w:ascii="Segoe UI Symbol" w:hAnsi="Segoe UI Symbol" w:cs="Segoe UI Symbol"/>
          <w:lang w:val="it-IT"/>
        </w:rPr>
        <w:t>☐</w:t>
      </w:r>
      <w:r w:rsidRPr="00EB39C3">
        <w:rPr>
          <w:rFonts w:ascii="Lato" w:hAnsi="Lato"/>
          <w:lang w:val="it-IT"/>
        </w:rPr>
        <w:t xml:space="preserve"> Punonjës bar/kuzhinë dhe pastrimi</w:t>
      </w:r>
    </w:p>
    <w:p w14:paraId="110460F3" w14:textId="77777777" w:rsidR="007237FC" w:rsidRPr="00EB39C3" w:rsidRDefault="00EB39C3">
      <w:pPr>
        <w:rPr>
          <w:rFonts w:ascii="Lato" w:hAnsi="Lato"/>
          <w:lang w:val="it-IT"/>
        </w:rPr>
      </w:pPr>
      <w:r w:rsidRPr="00EB39C3">
        <w:rPr>
          <w:rFonts w:ascii="Segoe UI Symbol" w:hAnsi="Segoe UI Symbol" w:cs="Segoe UI Symbol"/>
          <w:lang w:val="it-IT"/>
        </w:rPr>
        <w:t>☐</w:t>
      </w:r>
      <w:r w:rsidRPr="00EB39C3">
        <w:rPr>
          <w:rFonts w:ascii="Lato" w:hAnsi="Lato"/>
          <w:lang w:val="it-IT"/>
        </w:rPr>
        <w:t xml:space="preserve"> Punonjës në dyqan lulesh / konfeti ose të ngjashëm</w:t>
      </w:r>
    </w:p>
    <w:p w14:paraId="700802B2" w14:textId="77777777" w:rsidR="007237FC" w:rsidRPr="00EB39C3" w:rsidRDefault="00EB39C3">
      <w:pPr>
        <w:rPr>
          <w:rFonts w:ascii="Lato" w:hAnsi="Lato"/>
          <w:lang w:val="it-IT"/>
        </w:rPr>
      </w:pPr>
      <w:r w:rsidRPr="00EB39C3">
        <w:rPr>
          <w:rFonts w:ascii="Lato" w:hAnsi="Lato"/>
          <w:lang w:val="it-IT"/>
        </w:rPr>
        <w:t>Numri total i pozicioneve të kërkuara: __________</w:t>
      </w:r>
    </w:p>
    <w:p w14:paraId="7E5C5E3F" w14:textId="77777777" w:rsidR="007237FC" w:rsidRPr="00EB39C3" w:rsidRDefault="00EB39C3">
      <w:pPr>
        <w:rPr>
          <w:rFonts w:ascii="Lato" w:hAnsi="Lato"/>
          <w:lang w:val="it-IT"/>
        </w:rPr>
      </w:pPr>
      <w:r w:rsidRPr="00EB39C3">
        <w:rPr>
          <w:rFonts w:ascii="Lato" w:hAnsi="Lato"/>
          <w:lang w:val="it-IT"/>
        </w:rPr>
        <w:t>Përshkrim i shkurtër i detyrave të punës për secilin profil të kërkuar: __________________________________________</w:t>
      </w:r>
    </w:p>
    <w:p w14:paraId="38989332" w14:textId="77777777" w:rsidR="007237FC" w:rsidRPr="00EB39C3" w:rsidRDefault="00EB39C3">
      <w:pPr>
        <w:pStyle w:val="Heading2"/>
        <w:rPr>
          <w:rFonts w:ascii="Lato" w:hAnsi="Lato"/>
          <w:lang w:val="it-IT"/>
        </w:rPr>
      </w:pPr>
      <w:r w:rsidRPr="00EB39C3">
        <w:rPr>
          <w:rFonts w:ascii="Lato" w:hAnsi="Lato"/>
          <w:lang w:val="it-IT"/>
        </w:rPr>
        <w:t>4. DEKLARATË PËR PJESËMARRJE NË PROGRAMIN E SUBVENCIONIMIT</w:t>
      </w:r>
    </w:p>
    <w:p w14:paraId="5053A5D4" w14:textId="7006B974" w:rsidR="007237FC" w:rsidRPr="00EB39C3" w:rsidRDefault="00EB39C3">
      <w:pPr>
        <w:rPr>
          <w:rFonts w:ascii="Lato" w:hAnsi="Lato"/>
          <w:lang w:val="it-IT"/>
        </w:rPr>
      </w:pPr>
      <w:r w:rsidRPr="00EB39C3">
        <w:rPr>
          <w:rFonts w:ascii="Lato" w:hAnsi="Lato"/>
          <w:lang w:val="it-IT"/>
        </w:rPr>
        <w:t>Me këtë, unë / ne, përfaqësues(i) ligjor i subjektit të mësipërm, deklarojmë se:</w:t>
      </w:r>
      <w:r w:rsidRPr="00EB39C3">
        <w:rPr>
          <w:rFonts w:ascii="Lato" w:hAnsi="Lato"/>
          <w:lang w:val="it-IT"/>
        </w:rPr>
        <w:br/>
        <w:t>1. Biznesi ynë është i regjistruar ligjërisht në Shqipëri për më shumë se 6 muaj.</w:t>
      </w:r>
      <w:r w:rsidRPr="00EB39C3">
        <w:rPr>
          <w:rFonts w:ascii="Lato" w:hAnsi="Lato"/>
          <w:lang w:val="it-IT"/>
        </w:rPr>
        <w:br/>
        <w:t>2. Nuk kemi ulje të numrit të punonjësve në 2 muajt e fundit.</w:t>
      </w:r>
      <w:r w:rsidRPr="00EB39C3">
        <w:rPr>
          <w:rFonts w:ascii="Lato" w:hAnsi="Lato"/>
          <w:lang w:val="it-IT"/>
        </w:rPr>
        <w:br/>
        <w:t>3. Nuk kemi detyrime tatimore apo kontribute të papaguara.</w:t>
      </w:r>
      <w:r w:rsidRPr="00EB39C3">
        <w:rPr>
          <w:rFonts w:ascii="Lato" w:hAnsi="Lato"/>
          <w:lang w:val="it-IT"/>
        </w:rPr>
        <w:br/>
        <w:t xml:space="preserve">4. Jemi të gatshëm të punësojmë një ose më shumë nga personat e trajnuar për një periudhë minimale </w:t>
      </w:r>
      <w:r w:rsidR="00B85ECF">
        <w:rPr>
          <w:rFonts w:ascii="Lato" w:hAnsi="Lato"/>
          <w:lang w:val="it-IT"/>
        </w:rPr>
        <w:t>8</w:t>
      </w:r>
      <w:r w:rsidRPr="00EB39C3">
        <w:rPr>
          <w:rFonts w:ascii="Lato" w:hAnsi="Lato"/>
          <w:lang w:val="it-IT"/>
        </w:rPr>
        <w:t>-mujore.</w:t>
      </w:r>
      <w:r w:rsidRPr="00EB39C3">
        <w:rPr>
          <w:rFonts w:ascii="Lato" w:hAnsi="Lato"/>
          <w:lang w:val="it-IT"/>
        </w:rPr>
        <w:br/>
        <w:t>5. Do të raportojmë çdo muaj mbi statusin e punësimit të punonjësve të subvencionuar.</w:t>
      </w:r>
      <w:r w:rsidRPr="00EB39C3">
        <w:rPr>
          <w:rFonts w:ascii="Lato" w:hAnsi="Lato"/>
          <w:lang w:val="it-IT"/>
        </w:rPr>
        <w:br/>
        <w:t>6. Do të zbatojmë të gjitha rregullat e sigurisë në punë dhe legjislacionin e punës.</w:t>
      </w:r>
      <w:r w:rsidRPr="00EB39C3">
        <w:rPr>
          <w:rFonts w:ascii="Lato" w:hAnsi="Lato"/>
          <w:lang w:val="it-IT"/>
        </w:rPr>
        <w:br/>
        <w:t>7. Pajtohemi që World Vision Albania dhe Zyra Rajonale e Punësimit të kryejnë vizita monitorimi gjatë periudhës së zbatimit.</w:t>
      </w:r>
    </w:p>
    <w:p w14:paraId="340D867D" w14:textId="77777777" w:rsidR="007237FC" w:rsidRPr="00EB39C3" w:rsidRDefault="00EB39C3">
      <w:pPr>
        <w:pStyle w:val="Heading2"/>
        <w:rPr>
          <w:rFonts w:ascii="Lato" w:hAnsi="Lato"/>
          <w:lang w:val="it-IT"/>
        </w:rPr>
      </w:pPr>
      <w:r w:rsidRPr="00EB39C3">
        <w:rPr>
          <w:rFonts w:ascii="Lato" w:hAnsi="Lato"/>
          <w:lang w:val="it-IT"/>
        </w:rPr>
        <w:t>5. DOKUMENTACIONI QË DUHET BASHKËNGJITUR</w:t>
      </w:r>
    </w:p>
    <w:p w14:paraId="05ED4666" w14:textId="77777777" w:rsidR="007237FC" w:rsidRPr="00EB39C3" w:rsidRDefault="00EB39C3">
      <w:pPr>
        <w:rPr>
          <w:rFonts w:ascii="Lato" w:hAnsi="Lato"/>
          <w:lang w:val="it-IT"/>
        </w:rPr>
      </w:pPr>
      <w:r w:rsidRPr="00EB39C3">
        <w:rPr>
          <w:rFonts w:ascii="Segoe UI Symbol" w:hAnsi="Segoe UI Symbol" w:cs="Segoe UI Symbol"/>
          <w:lang w:val="it-IT"/>
        </w:rPr>
        <w:t>☐</w:t>
      </w:r>
      <w:r w:rsidRPr="00EB39C3">
        <w:rPr>
          <w:rFonts w:ascii="Lato" w:hAnsi="Lato"/>
          <w:lang w:val="it-IT"/>
        </w:rPr>
        <w:t xml:space="preserve"> Kopje e NIPT-it</w:t>
      </w:r>
    </w:p>
    <w:p w14:paraId="7AB27A7D" w14:textId="77777777" w:rsidR="007237FC" w:rsidRPr="00EB39C3" w:rsidRDefault="00EB39C3">
      <w:pPr>
        <w:rPr>
          <w:rFonts w:ascii="Lato" w:hAnsi="Lato"/>
          <w:lang w:val="it-IT"/>
        </w:rPr>
      </w:pPr>
      <w:r w:rsidRPr="00EB39C3">
        <w:rPr>
          <w:rFonts w:ascii="Segoe UI Symbol" w:hAnsi="Segoe UI Symbol" w:cs="Segoe UI Symbol"/>
          <w:lang w:val="it-IT"/>
        </w:rPr>
        <w:t>☐</w:t>
      </w:r>
      <w:r w:rsidRPr="00EB39C3">
        <w:rPr>
          <w:rFonts w:ascii="Lato" w:hAnsi="Lato"/>
          <w:lang w:val="it-IT"/>
        </w:rPr>
        <w:t xml:space="preserve"> Ekstrakt i përditësuar nga QKR</w:t>
      </w:r>
    </w:p>
    <w:p w14:paraId="2C11F989" w14:textId="77777777" w:rsidR="007237FC" w:rsidRPr="00EB39C3" w:rsidRDefault="00EB39C3">
      <w:pPr>
        <w:rPr>
          <w:rFonts w:ascii="Lato" w:hAnsi="Lato"/>
          <w:lang w:val="it-IT"/>
        </w:rPr>
      </w:pPr>
      <w:r w:rsidRPr="00EB39C3">
        <w:rPr>
          <w:rFonts w:ascii="Segoe UI Symbol" w:hAnsi="Segoe UI Symbol" w:cs="Segoe UI Symbol"/>
          <w:lang w:val="it-IT"/>
        </w:rPr>
        <w:t>☐</w:t>
      </w:r>
      <w:r w:rsidRPr="00EB39C3">
        <w:rPr>
          <w:rFonts w:ascii="Lato" w:hAnsi="Lato"/>
          <w:lang w:val="it-IT"/>
        </w:rPr>
        <w:t xml:space="preserve"> Vërtetim nga Drejtoria Rajonale e Tatim-Taksave për statusin aktiv dhe mungesën e detyrimeve</w:t>
      </w:r>
    </w:p>
    <w:p w14:paraId="489EB471" w14:textId="77777777" w:rsidR="007237FC" w:rsidRPr="00EB39C3" w:rsidRDefault="00EB39C3">
      <w:pPr>
        <w:rPr>
          <w:rFonts w:ascii="Lato" w:hAnsi="Lato"/>
          <w:lang w:val="sv-SE"/>
        </w:rPr>
      </w:pPr>
      <w:r w:rsidRPr="00EB39C3">
        <w:rPr>
          <w:rFonts w:ascii="Segoe UI Symbol" w:hAnsi="Segoe UI Symbol" w:cs="Segoe UI Symbol"/>
          <w:lang w:val="sv-SE"/>
        </w:rPr>
        <w:t>☐</w:t>
      </w:r>
      <w:r w:rsidRPr="00EB39C3">
        <w:rPr>
          <w:rFonts w:ascii="Lato" w:hAnsi="Lato"/>
          <w:lang w:val="sv-SE"/>
        </w:rPr>
        <w:t xml:space="preserve"> Përshkrim i shkurtër i biznesit dhe aktivitetit</w:t>
      </w:r>
    </w:p>
    <w:p w14:paraId="0B7D2B52" w14:textId="77777777" w:rsidR="007237FC" w:rsidRPr="00EB39C3" w:rsidRDefault="00EB39C3">
      <w:pPr>
        <w:rPr>
          <w:rFonts w:ascii="Lato" w:hAnsi="Lato"/>
          <w:lang w:val="it-IT"/>
        </w:rPr>
      </w:pPr>
      <w:r w:rsidRPr="00EB39C3">
        <w:rPr>
          <w:rFonts w:ascii="Segoe UI Symbol" w:hAnsi="Segoe UI Symbol" w:cs="Segoe UI Symbol"/>
          <w:lang w:val="it-IT"/>
        </w:rPr>
        <w:lastRenderedPageBreak/>
        <w:t>☐</w:t>
      </w:r>
      <w:r w:rsidRPr="00EB39C3">
        <w:rPr>
          <w:rFonts w:ascii="Lato" w:hAnsi="Lato"/>
          <w:lang w:val="it-IT"/>
        </w:rPr>
        <w:t xml:space="preserve"> Kjo formë e plotësuar e Shprehjes së Interesit</w:t>
      </w:r>
    </w:p>
    <w:p w14:paraId="5BF39B37" w14:textId="77777777" w:rsidR="007237FC" w:rsidRPr="00EB39C3" w:rsidRDefault="00EB39C3">
      <w:pPr>
        <w:pStyle w:val="Heading2"/>
        <w:rPr>
          <w:rFonts w:ascii="Lato" w:hAnsi="Lato"/>
          <w:lang w:val="it-IT"/>
        </w:rPr>
      </w:pPr>
      <w:r w:rsidRPr="00EB39C3">
        <w:rPr>
          <w:rFonts w:ascii="Lato" w:hAnsi="Lato"/>
          <w:lang w:val="it-IT"/>
        </w:rPr>
        <w:t>6. NËNSHKRIMI DHE MIRATIMI</w:t>
      </w:r>
    </w:p>
    <w:p w14:paraId="2B967030" w14:textId="77777777" w:rsidR="007237FC" w:rsidRPr="00EB39C3" w:rsidRDefault="00EB39C3">
      <w:pPr>
        <w:rPr>
          <w:rFonts w:ascii="Lato" w:hAnsi="Lato"/>
          <w:lang w:val="it-IT"/>
        </w:rPr>
      </w:pPr>
      <w:r w:rsidRPr="00EB39C3">
        <w:rPr>
          <w:rFonts w:ascii="Lato" w:hAnsi="Lato"/>
          <w:lang w:val="it-IT"/>
        </w:rPr>
        <w:t>Emri i përfaqësuesit ligjor: ____________________________</w:t>
      </w:r>
    </w:p>
    <w:p w14:paraId="455AA7CC" w14:textId="77777777" w:rsidR="007237FC" w:rsidRPr="00EB39C3" w:rsidRDefault="00EB39C3">
      <w:pPr>
        <w:rPr>
          <w:rFonts w:ascii="Lato" w:hAnsi="Lato"/>
          <w:lang w:val="it-IT"/>
        </w:rPr>
      </w:pPr>
      <w:r w:rsidRPr="00EB39C3">
        <w:rPr>
          <w:rFonts w:ascii="Lato" w:hAnsi="Lato"/>
          <w:lang w:val="it-IT"/>
        </w:rPr>
        <w:t>Pozicioni: ____________________________</w:t>
      </w:r>
    </w:p>
    <w:p w14:paraId="41E40617" w14:textId="77777777" w:rsidR="007237FC" w:rsidRPr="00EB39C3" w:rsidRDefault="00EB39C3">
      <w:pPr>
        <w:rPr>
          <w:rFonts w:ascii="Lato" w:hAnsi="Lato"/>
          <w:lang w:val="it-IT"/>
        </w:rPr>
      </w:pPr>
      <w:r w:rsidRPr="00EB39C3">
        <w:rPr>
          <w:rFonts w:ascii="Lato" w:hAnsi="Lato"/>
          <w:lang w:val="it-IT"/>
        </w:rPr>
        <w:t>Data: ____ / ____ / 2025</w:t>
      </w:r>
    </w:p>
    <w:p w14:paraId="63CA770C" w14:textId="77777777" w:rsidR="007237FC" w:rsidRPr="00EB39C3" w:rsidRDefault="00EB39C3">
      <w:pPr>
        <w:rPr>
          <w:rFonts w:ascii="Lato" w:hAnsi="Lato"/>
          <w:lang w:val="it-IT"/>
        </w:rPr>
      </w:pPr>
      <w:r w:rsidRPr="00EB39C3">
        <w:rPr>
          <w:rFonts w:ascii="Lato" w:hAnsi="Lato"/>
          <w:lang w:val="it-IT"/>
        </w:rPr>
        <w:t>Nënshkrimi dhe vula e biznesit: ____________________________</w:t>
      </w:r>
    </w:p>
    <w:p w14:paraId="6945E744" w14:textId="3B269C86" w:rsidR="007237FC" w:rsidRPr="00EB39C3" w:rsidRDefault="00EB39C3">
      <w:pPr>
        <w:rPr>
          <w:rFonts w:ascii="Lato" w:hAnsi="Lato"/>
          <w:lang w:val="sv-SE"/>
        </w:rPr>
      </w:pPr>
      <w:r w:rsidRPr="00EB39C3">
        <w:rPr>
          <w:rFonts w:ascii="Lato" w:hAnsi="Lato"/>
          <w:lang w:val="sv-SE"/>
        </w:rPr>
        <w:br/>
      </w:r>
      <w:r w:rsidRPr="00EB39C3">
        <w:rPr>
          <w:rFonts w:ascii="Segoe UI Emoji" w:hAnsi="Segoe UI Emoji" w:cs="Segoe UI Emoji"/>
        </w:rPr>
        <w:t>📩</w:t>
      </w:r>
      <w:r w:rsidRPr="00EB39C3">
        <w:rPr>
          <w:rFonts w:ascii="Lato" w:hAnsi="Lato"/>
          <w:lang w:val="sv-SE"/>
        </w:rPr>
        <w:t xml:space="preserve"> Aplikimet dorëzohen deri më: [</w:t>
      </w:r>
      <w:r w:rsidR="007100B4">
        <w:rPr>
          <w:rFonts w:ascii="Lato" w:hAnsi="Lato"/>
          <w:lang w:val="sv-SE"/>
        </w:rPr>
        <w:t xml:space="preserve"> </w:t>
      </w:r>
      <w:r w:rsidR="002C3015">
        <w:rPr>
          <w:rFonts w:ascii="Lato" w:hAnsi="Lato"/>
          <w:lang w:val="sv-SE"/>
        </w:rPr>
        <w:t>10</w:t>
      </w:r>
      <w:r w:rsidRPr="00EB39C3">
        <w:rPr>
          <w:rFonts w:ascii="Lato" w:hAnsi="Lato"/>
          <w:lang w:val="sv-SE"/>
        </w:rPr>
        <w:t>/</w:t>
      </w:r>
      <w:r w:rsidR="007100B4">
        <w:rPr>
          <w:rFonts w:ascii="Lato" w:hAnsi="Lato"/>
          <w:lang w:val="sv-SE"/>
        </w:rPr>
        <w:t>11</w:t>
      </w:r>
      <w:r w:rsidRPr="00EB39C3">
        <w:rPr>
          <w:rFonts w:ascii="Lato" w:hAnsi="Lato"/>
          <w:lang w:val="sv-SE"/>
        </w:rPr>
        <w:t>/2025]</w:t>
      </w:r>
    </w:p>
    <w:p w14:paraId="39C608B9" w14:textId="43E23E98" w:rsidR="007237FC" w:rsidRPr="00EB39C3" w:rsidRDefault="00EB39C3">
      <w:pPr>
        <w:rPr>
          <w:rFonts w:ascii="Lato" w:hAnsi="Lato"/>
          <w:lang w:val="sv-SE"/>
        </w:rPr>
      </w:pPr>
      <w:r w:rsidRPr="00EB39C3">
        <w:rPr>
          <w:rFonts w:ascii="Lato" w:hAnsi="Lato"/>
          <w:lang w:val="sv-SE"/>
        </w:rPr>
        <w:t xml:space="preserve">Në adresën elektronike: </w:t>
      </w:r>
      <w:hyperlink r:id="rId8" w:history="1">
        <w:r w:rsidR="003200B7">
          <w:rPr>
            <w:rStyle w:val="Hyperlink"/>
            <w:rFonts w:ascii="Segoe UI" w:hAnsi="Segoe UI" w:cs="Segoe UI"/>
            <w:b/>
            <w:bCs/>
            <w:color w:val="2577B1"/>
            <w:sz w:val="23"/>
            <w:szCs w:val="23"/>
          </w:rPr>
          <w:t>procurement_albania@wvi.org</w:t>
        </w:r>
      </w:hyperlink>
    </w:p>
    <w:p w14:paraId="7D49860F" w14:textId="77777777" w:rsidR="007237FC" w:rsidRPr="00EB39C3" w:rsidRDefault="00EB39C3">
      <w:pPr>
        <w:rPr>
          <w:rFonts w:ascii="Lato" w:hAnsi="Lato"/>
          <w:lang w:val="sv-SE"/>
        </w:rPr>
      </w:pPr>
      <w:r w:rsidRPr="004F0801">
        <w:rPr>
          <w:rFonts w:ascii="Lato" w:hAnsi="Lato"/>
          <w:b/>
          <w:bCs/>
          <w:lang w:val="sv-SE"/>
        </w:rPr>
        <w:t>Subjekti i emailit:</w:t>
      </w:r>
      <w:r w:rsidRPr="00EB39C3">
        <w:rPr>
          <w:rFonts w:ascii="Lato" w:hAnsi="Lato"/>
          <w:lang w:val="sv-SE"/>
        </w:rPr>
        <w:t xml:space="preserve"> “Shprehje Interesi – Skema e Punësimit të Subvencionuar, Bashkia Lezhë”</w:t>
      </w:r>
    </w:p>
    <w:sectPr w:rsidR="007237FC" w:rsidRPr="00EB39C3" w:rsidSect="00034616">
      <w:headerReference w:type="default" r:id="rId9"/>
      <w:footerReference w:type="default" r:id="rId1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43BA4B" w14:textId="77777777" w:rsidR="00C047E9" w:rsidRDefault="00C047E9" w:rsidP="00EB39C3">
      <w:pPr>
        <w:spacing w:after="0" w:line="240" w:lineRule="auto"/>
      </w:pPr>
      <w:r>
        <w:separator/>
      </w:r>
    </w:p>
  </w:endnote>
  <w:endnote w:type="continuationSeparator" w:id="0">
    <w:p w14:paraId="31B49C79" w14:textId="77777777" w:rsidR="00C047E9" w:rsidRDefault="00C047E9" w:rsidP="00EB3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B0923" w14:textId="77777777" w:rsidR="00EB39C3" w:rsidRPr="00864758" w:rsidRDefault="00EB39C3" w:rsidP="00EB39C3">
    <w:pPr>
      <w:pStyle w:val="Footer"/>
    </w:pPr>
    <w:r>
      <w:rPr>
        <w:noProof/>
      </w:rPr>
      <w:t xml:space="preserve">  </w:t>
    </w:r>
    <w:r>
      <w:rPr>
        <w:noProof/>
        <w:lang w:eastAsia="zh-CN"/>
      </w:rPr>
      <w:drawing>
        <wp:inline distT="0" distB="0" distL="0" distR="0" wp14:anchorId="5765B8D1" wp14:editId="74700962">
          <wp:extent cx="1399356" cy="47244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3723" cy="477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</w:t>
    </w:r>
    <w:r>
      <w:rPr>
        <w:rFonts w:cs="Arial"/>
        <w:b/>
        <w:noProof/>
        <w:color w:val="000000"/>
        <w:lang w:eastAsia="zh-CN"/>
      </w:rPr>
      <w:drawing>
        <wp:inline distT="0" distB="0" distL="0" distR="0" wp14:anchorId="0924DE2E" wp14:editId="666C3BA3">
          <wp:extent cx="714375" cy="514690"/>
          <wp:effectExtent l="0" t="0" r="0" b="0"/>
          <wp:docPr id="6" name="Picture 6" descr="C:\Users\EndriTeta\Downloads\2-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EndriTeta\Downloads\2-1 (1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281" cy="5391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</w:t>
    </w:r>
    <w:r>
      <w:rPr>
        <w:noProof/>
        <w:lang w:eastAsia="zh-CN"/>
      </w:rPr>
      <w:drawing>
        <wp:inline distT="0" distB="0" distL="0" distR="0" wp14:anchorId="6138CD81" wp14:editId="5B30C047">
          <wp:extent cx="1350821" cy="228600"/>
          <wp:effectExtent l="0" t="0" r="1905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1460" cy="2405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</w:p>
  <w:p w14:paraId="476A6306" w14:textId="77777777" w:rsidR="00EB39C3" w:rsidRPr="007D68A8" w:rsidRDefault="00EB39C3" w:rsidP="00EB39C3">
    <w:pPr>
      <w:pStyle w:val="Footer"/>
    </w:pPr>
  </w:p>
  <w:p w14:paraId="713FD530" w14:textId="77777777" w:rsidR="00EB39C3" w:rsidRDefault="00EB39C3" w:rsidP="00EB39C3">
    <w:pPr>
      <w:pStyle w:val="Footer"/>
      <w:ind w:firstLine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21FD8B" w14:textId="77777777" w:rsidR="00C047E9" w:rsidRDefault="00C047E9" w:rsidP="00EB39C3">
      <w:pPr>
        <w:spacing w:after="0" w:line="240" w:lineRule="auto"/>
      </w:pPr>
      <w:r>
        <w:separator/>
      </w:r>
    </w:p>
  </w:footnote>
  <w:footnote w:type="continuationSeparator" w:id="0">
    <w:p w14:paraId="29BBC0B6" w14:textId="77777777" w:rsidR="00C047E9" w:rsidRDefault="00C047E9" w:rsidP="00EB3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D99C9" w14:textId="3431D5F6" w:rsidR="00EB39C3" w:rsidRPr="00E65712" w:rsidRDefault="00EB39C3" w:rsidP="00EB39C3">
    <w:pPr>
      <w:pStyle w:val="Header"/>
    </w:pPr>
    <w:r>
      <w:rPr>
        <w:noProof/>
        <w:lang w:eastAsia="zh-CN"/>
      </w:rPr>
      <w:drawing>
        <wp:inline distT="0" distB="0" distL="0" distR="0" wp14:anchorId="13A5354B" wp14:editId="43FA359E">
          <wp:extent cx="2049409" cy="430901"/>
          <wp:effectExtent l="0" t="0" r="0" b="762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0712" cy="4374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</w:t>
    </w:r>
    <w:r>
      <w:rPr>
        <w:noProof/>
        <w:lang w:eastAsia="zh-CN"/>
      </w:rPr>
      <w:drawing>
        <wp:inline distT="0" distB="0" distL="0" distR="0" wp14:anchorId="70E7D127" wp14:editId="084FAE72">
          <wp:extent cx="2346960" cy="430828"/>
          <wp:effectExtent l="0" t="0" r="0" b="7620"/>
          <wp:docPr id="886930621" name="Picture 8869306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628" cy="440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0E1707C" w14:textId="77777777" w:rsidR="00EB39C3" w:rsidRDefault="00EB39C3" w:rsidP="00EB39C3">
    <w:pPr>
      <w:pStyle w:val="Header"/>
    </w:pPr>
    <w:r>
      <w:tab/>
    </w:r>
    <w:r>
      <w:tab/>
    </w:r>
  </w:p>
  <w:p w14:paraId="15EE0388" w14:textId="77777777" w:rsidR="00EB39C3" w:rsidRDefault="00EB39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2C3015"/>
    <w:rsid w:val="003200B7"/>
    <w:rsid w:val="00326F90"/>
    <w:rsid w:val="004F0801"/>
    <w:rsid w:val="007100B4"/>
    <w:rsid w:val="007237FC"/>
    <w:rsid w:val="00876201"/>
    <w:rsid w:val="00896A9D"/>
    <w:rsid w:val="009A5B83"/>
    <w:rsid w:val="00AA1D8D"/>
    <w:rsid w:val="00B47730"/>
    <w:rsid w:val="00B85ECF"/>
    <w:rsid w:val="00C047E9"/>
    <w:rsid w:val="00CB0664"/>
    <w:rsid w:val="00CF3D7D"/>
    <w:rsid w:val="00EB39C3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DF5ACA1"/>
  <w14:defaultImageDpi w14:val="300"/>
  <w15:docId w15:val="{9AB4C1AF-C36B-4608-A331-C54C0C476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semiHidden/>
    <w:unhideWhenUsed/>
    <w:rsid w:val="003200B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curement_albania@wvi.org?subject=Aplikoj%20per%20njoftimin:%20Thirrje%20p%C3%ABr%20shprehje%20interesi_Rinovimi%20i%20flot%C3%ABs%20s%C3%AB%20automjeteve&amp;body=Pershendetje%20drejtues%20te%20World%20Vision%20Albania,%0d%0a%0d%0aMe%20kete%20email%20deshiroj%20te%20aplikoj%20per%20njoftimin:%0d%0aThirrje%20p%C3%ABr%20shprehje%20interesi_Rinovimi%20i%20flot%C3%ABs%20s%C3%AB%20automjeteve%0d%0ahttps://www.njoftime.com/threads/thirrje-p%C3%ABr-shprehje-interesi_rinovimi-i-flot%C3%ABs-s%C3%AB-automjeteve.1004908/%0d%0a%0d%0aNr.%20Tel.:%0d%0aBashkangjitur%20CV%0d%0a%0d%0aFaleminderit!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538</Words>
  <Characters>3271</Characters>
  <Application>Microsoft Office Word</Application>
  <DocSecurity>0</DocSecurity>
  <Lines>76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3746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Alfons Cupaj</cp:lastModifiedBy>
  <cp:revision>8</cp:revision>
  <dcterms:created xsi:type="dcterms:W3CDTF">2025-10-30T11:46:00Z</dcterms:created>
  <dcterms:modified xsi:type="dcterms:W3CDTF">2025-10-31T11:17:00Z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dcf15f35-0de3-4923-92af-ad303e81d049</vt:lpwstr>
  </property>
</Properties>
</file>